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עש״ן ד״ק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מתמודדים עם אכזבה מקנייה לפי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עוזרים לחבר או חברה שהתחרטו על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שלבים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לעצור, לנשום ולחשוב על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עש״ן ד״ק הם שלבים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האות ד׳ בעש״ן ד״ק היא דיבור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אות לפעולה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(משחררים)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(נושמים)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לעצור, לשחרר מתח, לנשום, לדבר עם עצמי ולהחליט בשקט אם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משחררים, נושמים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ערוץ נכון עם דוגמה מתאימה: גוף, שכל, רגש, אמונה ומשמעות, חברה או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תומך כמו 'בוא נבדוק יחד אם אפשר להחזיר' או 'אני כאן איתך'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את חמש האותיות עש״ן ד״ק כתנועה פיזית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אמיתית ומוכרת של הודעת 'נשארו X יחידות' לפני תחילת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רגע לפני שקונים –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כשרואים הודעה כמו 'נשארו 2 יחידות' באתר קניות, הגוף רוצה לקנות מהר. עש״ן ד״ק עוזר לעצור רגע ולחשוב, וגש״ר מאח״ד עוזר כשכבר קנינו והתחרטנו.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עוצרים  ·  נושמים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ראשי התיבות עש״ן ד״ק מתארים?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שלבים לפני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מוצרים לקנייה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שמות של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כדאי לעשות כשרואים מבצע שגורם לרצות לקנות 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לעצור, לנשום ולחשוב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לקנות מיד כדי לא לפספס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שני פריטים ליתר ביטחון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עש״ן ד״ק הם שלבים שעושים אחרי שכבר קנינו.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 הוא אחד השלבים בעש״ן ד״ק.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אות לפעולה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משחררים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שקונים מתוך דחף, קודם כל __________ ולא ממשיכים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שעוצרים, משחררים את המתח ו__________ עמוק כמה פעמים.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משחררים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יישום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תארו: ראיתם הודעה כמו 'נשארו 2 יחידות' באתר קניות. מה תעשו לפי עש״ן ד״ק?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שלושת הצעדים הראשונים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לערוץ אחד מתוך גש״ר מאח״ד.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רגע לפני שקונים –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