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עש״ן ד״ק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מתמודדים עם אכזבה מקנייה לפי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איך עוזרים לחבר או חברה שהתחרטו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שלבים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ליצור תחושת דחיפות כדי שנקנה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לעצור, לנשום ולחשוב על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עוזרים לו להתמודד ולתכנן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עש״ן ד״ק הם שלבים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 ד׳ בעש״ן ד״ק היא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אחד הערוצים הוא חברה - לספר להורה, מורה או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אות לפעולה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(דיבור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מעש״ה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לעצור, לשחרר מתח, לנשום, לדבר עם עצמי ולהחליט בשקט אם לקנות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משחררים, נושמים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ערוץ נכון עם דוגמה מתאימה: גוף, שכל, רגש, אמונה ומשמעות, חברה או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תומך כמו 'בוא נבדוק יחד אם אפשר להחזיר' או 'אני כאן איתך'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את חמש האותיות עש״ן ד״ק כתנועה פיזית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אמיתית ומוכרת של הודעת 'נשארו X יחידות' לפני תחילת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רואים הודעה שאומרת שנשאר מעט מהמוצר. אז רוצים לקנות מהר. יש דרך לעצור ולחשוב לפני שקונים. ויש דרך לעזור כשכבר קנינו וטעינו.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שלבים שעושים לפני קנייה כדי לא לקנות מתוך דחף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רגע ולא לקנות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משחררים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לשחרר את המתח בגוף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לנשום עמוק כמה פעמים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עם עצמי במילים מרגיעות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שישה ערוצים שעוזרים להתמודד עם אכזבה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לעזור לחבר או חברה שהתחרטו על קנייה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עש״ן ד״ק זה שלבים שעושים...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שלבים לפני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מוצרים לקנייה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מבצעים באתר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כותבים 'נשארו רק 2'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תחושת דחיפות כדי שנקנה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להודיע בדיוק כמה יש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לעזור לנו לחשוב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להציע לנו הנחה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לפני שקונים מתוך דחף?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לעצור, לנשום ולחשוב על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מיד כדי לא לפספס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שני פריטים ליתר 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מהרגש ולקנות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אומרים 'אני מאוכזב'?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עוזרים לחבר שהתחרט על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עוזרים לו להתמודד ולתכנן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משכנעים אותו שזו הייתה טעות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קונים בשבילו עוד פעם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הם שלבים שעושים אחרי שכבר קנינו.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הוא אחד השלבים בעש״ן ד״ק.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הם שישה ערוצים להתמודדות עם אכזבה מקנייה.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כשמתחרטים על קנייה הכי טוב להתעלם ולא לספר לאף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אות לפעולה בעש״ן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דיבור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שקונים מתוך דחף, קודם כל __________ ולא ממשיכים 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שעוצרים, משחררים את המתח ו__________ עמוק כמה פעמים.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כשחברה מתחרטת על קנייה, אפשר לעזור לה בעזרת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'אני כאן איתך' שייך לערוץ ה__________ במעש״ה.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תארו: ראיתם הודעה כמו 'נשארו 2 יחידות' באתר קניות. מה תעשו לפי עש״ן ד״ק?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הצעדים הראשונים בעש״ן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לערוץ אחד מתוך גש״ר מאח״ד.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להגיד לחבר שמתחרט על קנייה, לפי מעש״ה?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לפני שקונים – עש״ן ד״ק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