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לפני שקונים – עש״ן ד״ק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עש״ן ד״ק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מתמודדים עם אכזבה מקנייה לפי 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איך עוזרים לחבר או חברה שהתחרטו על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שלבים לפני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ליצור תחושת דחיפות כדי שנקנה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לעצור, לנשום ולחשוב על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עוזרים לו להתמודד ולתכנן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עש״ן ד״ק הם שלבים לפני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האות ד׳ בעש״ן ד״ק היא דיבור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אחד הערוצים הוא חברה - לספר להורה, מורה או 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מתאימים אות לפעולה בעש״ן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(משחררים)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(נושמים)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(דיבור 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(קדימה)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מעש״ה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מחויבות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דיבור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לעצור, לשחרר מתח, לנשום, לדבר עם עצמי ולהחליט בשקט אם לקנות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משחררים, נושמים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ערוץ נכון עם דוגמה מתאימה: גוף, שכל, רגש, אמונה ומשמעות, חברה או דמיון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תומך כמו 'בוא נבדוק יחד אם אפשר להחזיר' או 'אני כאן איתך'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בכיתה את חמש האותיות עש״ן ד״ק כתנועה פיזית לפני שממלאים את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בזוגות לפני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דוגמה אמיתית ומוכרת של הודעת 'נשארו X יחידות' לפני תחילת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לפני שקונים – עש״ן ד״ק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כשרואים הודעה כמו 'נשארו 2 יחידות' באתר קניות, הגוף רוצה לקנות מהר. עש״ן ד״ק עוזר לעצור רגע ולחשוב, וגש״ר מאח״ד עוזר כשכבר קנינו והתחרטנו.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ראשי התיבות עש״ן ד״ק מתארים?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שלבים לפני 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מוצרים לקנייה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שמות של 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מבצעים באתר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הודעה כמו 'נשארו 2 יחידות' מופיעה באתר כדי: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ליצור תחושת דחיפות כדי שנקנה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להודיע בדיוק כמה יש במחסן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לעזור לנו לחשוב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להציע לנו הנחה 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כדאי לעשות כשרואים מבצע שגורם לרצות לקנות 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לעצור, לנשום ולחשוב על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לקנות מיד כדי לא לפספס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לקנות שני פריטים ליתר ביטחון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מהרגש ולקנות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המשפט 'אני מאוכזב/ת' שייך לאיזה ערוץ בגש״ר מאח״ד?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מטרת מעש״ה היא לעזור לחבר שמתחרט על קנייה בכך ש: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עוזרים לו להתמודד ולתכנן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משכנעים אותו שזו הייתה טעות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מתעלמים מהבעיה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קונים בשבילו עוד פעם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עש״ן ד״ק הם שלבים שעושים אחרי שכבר קנינו.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עצמי הוא אחד השלבים בעש״ן ד״ק.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גש״ר מאח״ד הם שישה ערוצים להתמודדות עם אכזבה מקנייה.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הדף, כשמתחרטים על קנייה הכי טוב להתעלם ולא לספר לאף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מתאימים אות לפעולה בעש״ן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משחררים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דיבור עצמי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נושמים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שקונים מתוך דחף, קודם כל __________ ולא ממשיכים מיד.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שעוצרים, משחררים את המתח ו__________ עמוק כמה פעמים.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כשחברה מתחרטת על קנייה, אפשר לעזור לה בעזרת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המשפט 'אני כאן איתך' שייך לערוץ ה__________ במעש״ה.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קדימה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עצמי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משחררים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תארו: ראיתם הודעה כמו 'נשארו 2 יחידות' באתר קניות. מה תעשו לפי עש״ן ד״ק?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שלושת הצעדים הראשונים בעש״ן ד״ק?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לערוץ אחד מתוך גש״ר מאח״ד.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להגיד לחבר שמתחרט על קנייה, לפי מעש״ה?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רגע לפני שקונים – עש״ן ד״ק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